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186E8" w14:textId="77777777" w:rsidR="005440D1" w:rsidRPr="00160806" w:rsidRDefault="00000000">
      <w:pPr>
        <w:jc w:val="center"/>
        <w:rPr>
          <w:rFonts w:ascii="Times New Roman" w:hAnsi="Times New Roman" w:cs="Times New Roman"/>
          <w:lang w:eastAsia="zh-CN"/>
        </w:rPr>
      </w:pPr>
      <w:r w:rsidRPr="00160806">
        <w:rPr>
          <w:rFonts w:ascii="Times New Roman" w:eastAsia="黑体" w:hAnsi="Times New Roman" w:cs="Times New Roman"/>
          <w:b/>
          <w:sz w:val="36"/>
          <w:lang w:eastAsia="zh-CN"/>
        </w:rPr>
        <w:t>《当代财经》青年编委申请表</w:t>
      </w:r>
    </w:p>
    <w:p w14:paraId="2CA145AE" w14:textId="77777777" w:rsidR="005440D1" w:rsidRPr="00160806" w:rsidRDefault="005440D1">
      <w:pPr>
        <w:rPr>
          <w:rFonts w:ascii="Times New Roman" w:hAnsi="Times New Roman" w:cs="Times New Roman"/>
          <w:lang w:eastAsia="zh-CN"/>
        </w:rPr>
      </w:pPr>
    </w:p>
    <w:p w14:paraId="41FADE0E" w14:textId="3311D504" w:rsidR="005440D1" w:rsidRPr="00160806" w:rsidRDefault="00000000">
      <w:pPr>
        <w:rPr>
          <w:rFonts w:ascii="Times New Roman" w:hAnsi="Times New Roman" w:cs="Times New Roman"/>
          <w:color w:val="000000" w:themeColor="text1"/>
          <w:sz w:val="36"/>
          <w:szCs w:val="36"/>
          <w:lang w:eastAsia="zh-CN"/>
        </w:rPr>
      </w:pPr>
      <w:r w:rsidRPr="00160806">
        <w:rPr>
          <w:rFonts w:ascii="Times New Roman" w:hAnsi="Times New Roman" w:cs="Times New Roman"/>
          <w:color w:val="000000" w:themeColor="text1"/>
          <w:sz w:val="24"/>
          <w:szCs w:val="36"/>
          <w:lang w:eastAsia="zh-CN"/>
        </w:rPr>
        <w:t>请如实、完整填写以下信息。表格</w:t>
      </w:r>
      <w:r w:rsidR="001A0C87" w:rsidRPr="00160806">
        <w:rPr>
          <w:rFonts w:ascii="Times New Roman" w:hAnsi="Times New Roman" w:cs="Times New Roman"/>
          <w:color w:val="000000" w:themeColor="text1"/>
          <w:sz w:val="24"/>
          <w:szCs w:val="36"/>
          <w:lang w:eastAsia="zh-CN"/>
        </w:rPr>
        <w:t>发送到</w:t>
      </w:r>
      <w:r w:rsidR="00A619D3" w:rsidRPr="00160806">
        <w:rPr>
          <w:rFonts w:ascii="Times New Roman" w:hAnsi="Times New Roman" w:cs="Times New Roman"/>
          <w:color w:val="000000" w:themeColor="text1"/>
          <w:sz w:val="24"/>
          <w:szCs w:val="36"/>
          <w:lang w:eastAsia="zh-CN"/>
        </w:rPr>
        <w:t>编辑部王俊杰</w:t>
      </w:r>
      <w:r w:rsidR="001A718D" w:rsidRPr="00160806">
        <w:rPr>
          <w:rFonts w:ascii="Times New Roman" w:hAnsi="Times New Roman" w:cs="Times New Roman"/>
          <w:color w:val="000000" w:themeColor="text1"/>
          <w:sz w:val="24"/>
          <w:szCs w:val="36"/>
          <w:lang w:eastAsia="zh-CN"/>
        </w:rPr>
        <w:t>的</w:t>
      </w:r>
      <w:r w:rsidR="001A0C87" w:rsidRPr="00160806">
        <w:rPr>
          <w:rFonts w:ascii="Times New Roman" w:hAnsi="Times New Roman" w:cs="Times New Roman"/>
          <w:color w:val="000000" w:themeColor="text1"/>
          <w:sz w:val="24"/>
          <w:szCs w:val="36"/>
          <w:lang w:eastAsia="zh-CN"/>
        </w:rPr>
        <w:t>邮箱</w:t>
      </w:r>
      <w:r w:rsidR="001A0C87" w:rsidRPr="00160806">
        <w:rPr>
          <w:rFonts w:ascii="Times New Roman" w:hAnsi="Times New Roman" w:cs="Times New Roman"/>
          <w:color w:val="000000" w:themeColor="text1"/>
          <w:sz w:val="24"/>
          <w:szCs w:val="36"/>
          <w:lang w:eastAsia="zh-CN"/>
        </w:rPr>
        <w:t>jjwangcn@foxmail.com</w:t>
      </w:r>
      <w:r w:rsidRPr="00160806">
        <w:rPr>
          <w:rFonts w:ascii="Times New Roman" w:hAnsi="Times New Roman" w:cs="Times New Roman"/>
          <w:color w:val="000000" w:themeColor="text1"/>
          <w:sz w:val="24"/>
          <w:szCs w:val="36"/>
          <w:lang w:eastAsia="zh-CN"/>
        </w:rPr>
        <w:t>。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2723"/>
        <w:gridCol w:w="1813"/>
        <w:gridCol w:w="2828"/>
      </w:tblGrid>
      <w:tr w:rsidR="005440D1" w:rsidRPr="00160806" w14:paraId="7C8F19FC" w14:textId="77777777" w:rsidTr="00E918B1">
        <w:trPr>
          <w:trHeight w:val="510"/>
          <w:jc w:val="center"/>
        </w:trPr>
        <w:tc>
          <w:tcPr>
            <w:tcW w:w="1700" w:type="dxa"/>
            <w:vAlign w:val="center"/>
          </w:tcPr>
          <w:p w14:paraId="5025A19E" w14:textId="3BE44056" w:rsidR="005440D1" w:rsidRPr="00160806" w:rsidRDefault="00000000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160806">
              <w:rPr>
                <w:rFonts w:ascii="Times New Roman" w:hAnsi="Times New Roman" w:cs="Times New Roman"/>
                <w:b/>
              </w:rPr>
              <w:t>姓</w:t>
            </w:r>
            <w:r w:rsidRPr="00160806">
              <w:rPr>
                <w:rFonts w:ascii="Times New Roman" w:hAnsi="Times New Roman" w:cs="Times New Roman"/>
                <w:b/>
              </w:rPr>
              <w:t xml:space="preserve">  </w:t>
            </w:r>
            <w:r w:rsidRPr="00160806">
              <w:rPr>
                <w:rFonts w:ascii="Times New Roman" w:hAnsi="Times New Roman" w:cs="Times New Roman"/>
                <w:b/>
              </w:rPr>
              <w:t>名</w:t>
            </w:r>
          </w:p>
        </w:tc>
        <w:tc>
          <w:tcPr>
            <w:tcW w:w="2723" w:type="dxa"/>
            <w:vAlign w:val="center"/>
          </w:tcPr>
          <w:p w14:paraId="4EB5FEC4" w14:textId="77777777" w:rsidR="005440D1" w:rsidRPr="00160806" w:rsidRDefault="005440D1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Align w:val="center"/>
          </w:tcPr>
          <w:p w14:paraId="36FB9346" w14:textId="749DCD46" w:rsidR="005440D1" w:rsidRPr="00160806" w:rsidRDefault="00D1624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0806">
              <w:rPr>
                <w:rFonts w:ascii="Times New Roman" w:hAnsi="Times New Roman" w:cs="Times New Roman"/>
                <w:b/>
                <w:bCs/>
                <w:lang w:eastAsia="zh-CN"/>
              </w:rPr>
              <w:t>年</w:t>
            </w:r>
            <w:r w:rsidR="00E00FCC" w:rsidRPr="0016080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  </w:t>
            </w:r>
            <w:r w:rsidRPr="00160806">
              <w:rPr>
                <w:rFonts w:ascii="Times New Roman" w:hAnsi="Times New Roman" w:cs="Times New Roman"/>
                <w:b/>
                <w:bCs/>
                <w:lang w:eastAsia="zh-CN"/>
              </w:rPr>
              <w:t>龄</w:t>
            </w:r>
          </w:p>
        </w:tc>
        <w:tc>
          <w:tcPr>
            <w:tcW w:w="2828" w:type="dxa"/>
            <w:vAlign w:val="center"/>
          </w:tcPr>
          <w:p w14:paraId="6C4DB7BF" w14:textId="77777777" w:rsidR="005440D1" w:rsidRPr="00160806" w:rsidRDefault="005440D1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</w:tr>
      <w:tr w:rsidR="005440D1" w:rsidRPr="00160806" w14:paraId="75BB871D" w14:textId="77777777" w:rsidTr="00E918B1">
        <w:trPr>
          <w:trHeight w:val="510"/>
          <w:jc w:val="center"/>
        </w:trPr>
        <w:tc>
          <w:tcPr>
            <w:tcW w:w="1700" w:type="dxa"/>
            <w:vAlign w:val="center"/>
          </w:tcPr>
          <w:p w14:paraId="18E4E5A4" w14:textId="3E84F7B0" w:rsidR="005440D1" w:rsidRPr="00160806" w:rsidRDefault="00D1624B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160806">
              <w:rPr>
                <w:rFonts w:ascii="Times New Roman" w:hAnsi="Times New Roman" w:cs="Times New Roman"/>
                <w:b/>
              </w:rPr>
              <w:t>工作单位</w:t>
            </w:r>
          </w:p>
        </w:tc>
        <w:tc>
          <w:tcPr>
            <w:tcW w:w="2723" w:type="dxa"/>
            <w:vAlign w:val="center"/>
          </w:tcPr>
          <w:p w14:paraId="204A7941" w14:textId="2C974E73" w:rsidR="005440D1" w:rsidRPr="00160806" w:rsidRDefault="005440D1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Align w:val="center"/>
          </w:tcPr>
          <w:p w14:paraId="641A80B0" w14:textId="64D8DC2E" w:rsidR="005440D1" w:rsidRPr="00160806" w:rsidRDefault="00D1624B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160806">
              <w:rPr>
                <w:rFonts w:ascii="Times New Roman" w:hAnsi="Times New Roman" w:cs="Times New Roman"/>
                <w:b/>
              </w:rPr>
              <w:t>博士毕业学校</w:t>
            </w:r>
          </w:p>
        </w:tc>
        <w:tc>
          <w:tcPr>
            <w:tcW w:w="2828" w:type="dxa"/>
            <w:vAlign w:val="center"/>
          </w:tcPr>
          <w:p w14:paraId="67C7C41D" w14:textId="77777777" w:rsidR="005440D1" w:rsidRPr="00160806" w:rsidRDefault="005440D1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</w:tr>
      <w:tr w:rsidR="005440D1" w:rsidRPr="00160806" w14:paraId="0A24C233" w14:textId="77777777" w:rsidTr="00E918B1">
        <w:trPr>
          <w:trHeight w:val="510"/>
          <w:jc w:val="center"/>
        </w:trPr>
        <w:tc>
          <w:tcPr>
            <w:tcW w:w="1700" w:type="dxa"/>
            <w:vAlign w:val="center"/>
          </w:tcPr>
          <w:p w14:paraId="363B6A08" w14:textId="0E1EE99E" w:rsidR="005440D1" w:rsidRPr="00160806" w:rsidRDefault="00D1624B">
            <w:pPr>
              <w:spacing w:before="60" w:after="6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60806">
              <w:rPr>
                <w:rFonts w:ascii="Times New Roman" w:hAnsi="Times New Roman" w:cs="Times New Roman"/>
                <w:b/>
              </w:rPr>
              <w:t>职</w:t>
            </w:r>
            <w:r w:rsidRPr="00160806">
              <w:rPr>
                <w:rFonts w:ascii="Times New Roman" w:hAnsi="Times New Roman" w:cs="Times New Roman"/>
                <w:b/>
              </w:rPr>
              <w:t xml:space="preserve">  </w:t>
            </w:r>
            <w:r w:rsidRPr="00160806">
              <w:rPr>
                <w:rFonts w:ascii="Times New Roman" w:hAnsi="Times New Roman" w:cs="Times New Roman"/>
                <w:b/>
              </w:rPr>
              <w:t>称</w:t>
            </w:r>
          </w:p>
        </w:tc>
        <w:tc>
          <w:tcPr>
            <w:tcW w:w="2723" w:type="dxa"/>
            <w:vAlign w:val="center"/>
          </w:tcPr>
          <w:p w14:paraId="205F908C" w14:textId="77777777" w:rsidR="005440D1" w:rsidRPr="00160806" w:rsidRDefault="005440D1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Align w:val="center"/>
          </w:tcPr>
          <w:p w14:paraId="0D3903F5" w14:textId="6E83C453" w:rsidR="005440D1" w:rsidRPr="00160806" w:rsidRDefault="000348BC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160806">
              <w:rPr>
                <w:rFonts w:ascii="Times New Roman" w:hAnsi="Times New Roman" w:cs="Times New Roman"/>
                <w:b/>
              </w:rPr>
              <w:t>研究领域</w:t>
            </w:r>
          </w:p>
        </w:tc>
        <w:tc>
          <w:tcPr>
            <w:tcW w:w="2828" w:type="dxa"/>
            <w:vAlign w:val="center"/>
          </w:tcPr>
          <w:p w14:paraId="5F599137" w14:textId="77777777" w:rsidR="005440D1" w:rsidRPr="00160806" w:rsidRDefault="005440D1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</w:tr>
      <w:tr w:rsidR="005440D1" w:rsidRPr="00160806" w14:paraId="74B13DB1" w14:textId="77777777" w:rsidTr="00E918B1">
        <w:trPr>
          <w:trHeight w:val="510"/>
          <w:jc w:val="center"/>
        </w:trPr>
        <w:tc>
          <w:tcPr>
            <w:tcW w:w="1700" w:type="dxa"/>
            <w:vAlign w:val="center"/>
          </w:tcPr>
          <w:p w14:paraId="3F3AE27D" w14:textId="52F4FB3C" w:rsidR="005440D1" w:rsidRPr="00160806" w:rsidRDefault="00000000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160806">
              <w:rPr>
                <w:rFonts w:ascii="Times New Roman" w:hAnsi="Times New Roman" w:cs="Times New Roman"/>
                <w:b/>
              </w:rPr>
              <w:t>联系电话</w:t>
            </w:r>
          </w:p>
        </w:tc>
        <w:tc>
          <w:tcPr>
            <w:tcW w:w="2723" w:type="dxa"/>
            <w:vAlign w:val="center"/>
          </w:tcPr>
          <w:p w14:paraId="510FA595" w14:textId="77777777" w:rsidR="005440D1" w:rsidRPr="00160806" w:rsidRDefault="005440D1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Align w:val="center"/>
          </w:tcPr>
          <w:p w14:paraId="60502C9A" w14:textId="500F8868" w:rsidR="005440D1" w:rsidRPr="00160806" w:rsidRDefault="00000000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160806">
              <w:rPr>
                <w:rFonts w:ascii="Times New Roman" w:hAnsi="Times New Roman" w:cs="Times New Roman"/>
                <w:b/>
              </w:rPr>
              <w:t>电子邮箱</w:t>
            </w:r>
          </w:p>
        </w:tc>
        <w:tc>
          <w:tcPr>
            <w:tcW w:w="2828" w:type="dxa"/>
            <w:vAlign w:val="center"/>
          </w:tcPr>
          <w:p w14:paraId="7ECC0A3A" w14:textId="77777777" w:rsidR="005440D1" w:rsidRPr="00160806" w:rsidRDefault="005440D1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</w:tr>
      <w:tr w:rsidR="00E918B1" w:rsidRPr="00160806" w14:paraId="6A9F4DA7" w14:textId="77777777" w:rsidTr="00E918B1">
        <w:trPr>
          <w:trHeight w:val="510"/>
          <w:jc w:val="center"/>
        </w:trPr>
        <w:tc>
          <w:tcPr>
            <w:tcW w:w="1700" w:type="dxa"/>
            <w:vAlign w:val="center"/>
          </w:tcPr>
          <w:p w14:paraId="344DA790" w14:textId="49165A65" w:rsidR="00E918B1" w:rsidRPr="00160806" w:rsidRDefault="00E918B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160806">
              <w:rPr>
                <w:rFonts w:ascii="Times New Roman" w:hAnsi="Times New Roman" w:cs="Times New Roman"/>
                <w:b/>
                <w:lang w:eastAsia="zh-CN"/>
              </w:rPr>
              <w:t>是否本刊作者</w:t>
            </w:r>
          </w:p>
        </w:tc>
        <w:tc>
          <w:tcPr>
            <w:tcW w:w="2723" w:type="dxa"/>
            <w:vAlign w:val="center"/>
          </w:tcPr>
          <w:p w14:paraId="2222060C" w14:textId="77777777" w:rsidR="00E918B1" w:rsidRPr="00160806" w:rsidRDefault="00E918B1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Align w:val="center"/>
          </w:tcPr>
          <w:p w14:paraId="0E4EBFD2" w14:textId="47C4975F" w:rsidR="00E918B1" w:rsidRPr="00160806" w:rsidRDefault="00E918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160806">
              <w:rPr>
                <w:rFonts w:ascii="Times New Roman" w:hAnsi="Times New Roman" w:cs="Times New Roman"/>
                <w:b/>
                <w:lang w:eastAsia="zh-CN"/>
              </w:rPr>
              <w:t>是否本刊审稿人</w:t>
            </w:r>
          </w:p>
        </w:tc>
        <w:tc>
          <w:tcPr>
            <w:tcW w:w="2828" w:type="dxa"/>
            <w:vAlign w:val="center"/>
          </w:tcPr>
          <w:p w14:paraId="7E219D5F" w14:textId="77777777" w:rsidR="00E918B1" w:rsidRPr="00160806" w:rsidRDefault="00E918B1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</w:tr>
      <w:tr w:rsidR="005E436E" w:rsidRPr="00160806" w14:paraId="15235754" w14:textId="77777777" w:rsidTr="00E00FCC">
        <w:trPr>
          <w:trHeight w:val="510"/>
          <w:jc w:val="center"/>
        </w:trPr>
        <w:tc>
          <w:tcPr>
            <w:tcW w:w="1700" w:type="dxa"/>
            <w:vAlign w:val="center"/>
          </w:tcPr>
          <w:p w14:paraId="4E989B6C" w14:textId="1B57066A" w:rsidR="005E436E" w:rsidRPr="00160806" w:rsidRDefault="005E436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160806">
              <w:rPr>
                <w:rFonts w:ascii="Times New Roman" w:hAnsi="Times New Roman" w:cs="Times New Roman"/>
                <w:b/>
              </w:rPr>
              <w:t>个人主页</w:t>
            </w:r>
          </w:p>
        </w:tc>
        <w:tc>
          <w:tcPr>
            <w:tcW w:w="7364" w:type="dxa"/>
            <w:gridSpan w:val="3"/>
            <w:vAlign w:val="center"/>
          </w:tcPr>
          <w:p w14:paraId="55FAE4AB" w14:textId="3DD7DAD8" w:rsidR="005E436E" w:rsidRPr="00160806" w:rsidRDefault="00555351">
            <w:pPr>
              <w:spacing w:before="60" w:after="60"/>
              <w:rPr>
                <w:rFonts w:ascii="Times New Roman" w:hAnsi="Times New Roman" w:cs="Times New Roman"/>
                <w:lang w:eastAsia="zh-CN"/>
              </w:rPr>
            </w:pPr>
            <w:r w:rsidRPr="00F30E9D">
              <w:rPr>
                <w:rFonts w:ascii="Times New Roman" w:hAnsi="Times New Roman" w:cs="Times New Roman" w:hint="eastAsia"/>
                <w:color w:val="EE0000"/>
                <w:lang w:eastAsia="zh-CN"/>
              </w:rPr>
              <w:t>若</w:t>
            </w:r>
            <w:r w:rsidR="004D0A3E" w:rsidRPr="00F30E9D">
              <w:rPr>
                <w:rFonts w:ascii="Times New Roman" w:hAnsi="Times New Roman" w:cs="Times New Roman" w:hint="eastAsia"/>
                <w:color w:val="EE0000"/>
                <w:lang w:eastAsia="zh-CN"/>
              </w:rPr>
              <w:t>所在单位网站</w:t>
            </w:r>
            <w:r w:rsidRPr="00F30E9D">
              <w:rPr>
                <w:rFonts w:ascii="Times New Roman" w:hAnsi="Times New Roman" w:cs="Times New Roman" w:hint="eastAsia"/>
                <w:color w:val="EE0000"/>
                <w:lang w:eastAsia="zh-CN"/>
              </w:rPr>
              <w:t>有个人主页，请填写；</w:t>
            </w:r>
            <w:r w:rsidR="007A2FA7" w:rsidRPr="00F30E9D">
              <w:rPr>
                <w:rFonts w:ascii="Times New Roman" w:hAnsi="Times New Roman" w:cs="Times New Roman"/>
                <w:color w:val="EE0000"/>
                <w:lang w:eastAsia="zh-CN"/>
              </w:rPr>
              <w:t>若无个人主页，可不填</w:t>
            </w:r>
            <w:r w:rsidR="00A56023">
              <w:rPr>
                <w:rFonts w:ascii="Times New Roman" w:hAnsi="Times New Roman" w:cs="Times New Roman" w:hint="eastAsia"/>
                <w:color w:val="EE0000"/>
                <w:lang w:eastAsia="zh-CN"/>
              </w:rPr>
              <w:t>。</w:t>
            </w:r>
          </w:p>
        </w:tc>
      </w:tr>
    </w:tbl>
    <w:p w14:paraId="60E08A10" w14:textId="77777777" w:rsidR="003C20B5" w:rsidRDefault="003C20B5">
      <w:pPr>
        <w:rPr>
          <w:rFonts w:ascii="Times New Roman" w:eastAsia="黑体" w:hAnsi="Times New Roman" w:cs="Times New Roman"/>
          <w:b/>
          <w:sz w:val="24"/>
          <w:lang w:eastAsia="zh-CN"/>
        </w:rPr>
      </w:pPr>
    </w:p>
    <w:p w14:paraId="1AFBC216" w14:textId="77777777" w:rsidR="00853E2B" w:rsidRDefault="00980A36" w:rsidP="00980A36">
      <w:pPr>
        <w:rPr>
          <w:rFonts w:ascii="Times New Roman" w:hAnsi="Times New Roman" w:cs="Times New Roman"/>
          <w:color w:val="EE0000"/>
          <w:lang w:eastAsia="zh-CN"/>
        </w:rPr>
      </w:pPr>
      <w:r>
        <w:rPr>
          <w:rFonts w:ascii="Times New Roman" w:hAnsi="Times New Roman" w:cs="Times New Roman" w:hint="eastAsia"/>
          <w:color w:val="EE0000"/>
          <w:lang w:eastAsia="zh-CN"/>
        </w:rPr>
        <w:t>为简化申请流程，</w:t>
      </w:r>
      <w:r w:rsidRPr="00160806">
        <w:rPr>
          <w:rFonts w:ascii="Times New Roman" w:hAnsi="Times New Roman" w:cs="Times New Roman"/>
          <w:color w:val="EE0000"/>
          <w:lang w:eastAsia="zh-CN"/>
        </w:rPr>
        <w:t>若个人主页</w:t>
      </w:r>
      <w:r w:rsidR="00575FB9">
        <w:rPr>
          <w:rFonts w:ascii="Times New Roman" w:hAnsi="Times New Roman" w:cs="Times New Roman" w:hint="eastAsia"/>
          <w:color w:val="EE0000"/>
          <w:lang w:eastAsia="zh-CN"/>
        </w:rPr>
        <w:t>上包含详细的以下</w:t>
      </w:r>
      <w:r w:rsidRPr="00160806">
        <w:rPr>
          <w:rFonts w:ascii="Times New Roman" w:hAnsi="Times New Roman" w:cs="Times New Roman"/>
          <w:color w:val="EE0000"/>
          <w:lang w:eastAsia="zh-CN"/>
        </w:rPr>
        <w:t>信息，则</w:t>
      </w:r>
      <w:r w:rsidR="00A56023">
        <w:rPr>
          <w:rFonts w:ascii="Times New Roman" w:hAnsi="Times New Roman" w:cs="Times New Roman" w:hint="eastAsia"/>
          <w:color w:val="EE0000"/>
          <w:lang w:eastAsia="zh-CN"/>
        </w:rPr>
        <w:t>以下内容</w:t>
      </w:r>
      <w:r w:rsidRPr="00160806">
        <w:rPr>
          <w:rFonts w:ascii="Times New Roman" w:hAnsi="Times New Roman" w:cs="Times New Roman"/>
          <w:color w:val="EE0000"/>
          <w:lang w:eastAsia="zh-CN"/>
        </w:rPr>
        <w:t>不用重复填写。</w:t>
      </w:r>
    </w:p>
    <w:p w14:paraId="7A3FCDF5" w14:textId="6BDD11AB" w:rsidR="00980A36" w:rsidRPr="00160806" w:rsidRDefault="00980A36" w:rsidP="00980A36">
      <w:pPr>
        <w:rPr>
          <w:rFonts w:ascii="Times New Roman" w:hAnsi="Times New Roman" w:cs="Times New Roman"/>
          <w:color w:val="EE0000"/>
          <w:lang w:eastAsia="zh-CN"/>
        </w:rPr>
      </w:pPr>
      <w:r w:rsidRPr="00160806">
        <w:rPr>
          <w:rFonts w:ascii="Times New Roman" w:hAnsi="Times New Roman" w:cs="Times New Roman"/>
          <w:color w:val="EE0000"/>
          <w:lang w:eastAsia="zh-CN"/>
        </w:rPr>
        <w:t>若无个人主页，则填写。</w:t>
      </w:r>
    </w:p>
    <w:p w14:paraId="7CCD2D81" w14:textId="644FABB7" w:rsidR="00980A36" w:rsidRPr="00160806" w:rsidRDefault="00980A36" w:rsidP="00980A36">
      <w:pPr>
        <w:rPr>
          <w:rFonts w:ascii="Times New Roman" w:hAnsi="Times New Roman" w:cs="Times New Roman"/>
          <w:color w:val="EE0000"/>
          <w:lang w:eastAsia="zh-CN"/>
        </w:rPr>
      </w:pPr>
      <w:r w:rsidRPr="00160806">
        <w:rPr>
          <w:rFonts w:ascii="Times New Roman" w:hAnsi="Times New Roman" w:cs="Times New Roman"/>
          <w:color w:val="EE0000"/>
          <w:lang w:eastAsia="zh-CN"/>
        </w:rPr>
        <w:t>若</w:t>
      </w:r>
      <w:r w:rsidR="00853E2B">
        <w:rPr>
          <w:rFonts w:ascii="Times New Roman" w:hAnsi="Times New Roman" w:cs="Times New Roman" w:hint="eastAsia"/>
          <w:color w:val="EE0000"/>
          <w:lang w:eastAsia="zh-CN"/>
        </w:rPr>
        <w:t>个人</w:t>
      </w:r>
      <w:r w:rsidRPr="00160806">
        <w:rPr>
          <w:rFonts w:ascii="Times New Roman" w:hAnsi="Times New Roman" w:cs="Times New Roman"/>
          <w:color w:val="EE0000"/>
          <w:lang w:eastAsia="zh-CN"/>
        </w:rPr>
        <w:t>主页信息不全，</w:t>
      </w:r>
      <w:r w:rsidR="00B8365E">
        <w:rPr>
          <w:rFonts w:ascii="Times New Roman" w:hAnsi="Times New Roman" w:cs="Times New Roman" w:hint="eastAsia"/>
          <w:color w:val="EE0000"/>
          <w:lang w:eastAsia="zh-CN"/>
        </w:rPr>
        <w:t>请</w:t>
      </w:r>
      <w:r w:rsidRPr="00160806">
        <w:rPr>
          <w:rFonts w:ascii="Times New Roman" w:hAnsi="Times New Roman" w:cs="Times New Roman"/>
          <w:color w:val="EE0000"/>
          <w:lang w:eastAsia="zh-CN"/>
        </w:rPr>
        <w:t>补充重要</w:t>
      </w:r>
      <w:r w:rsidR="001F6093">
        <w:rPr>
          <w:rFonts w:ascii="Times New Roman" w:hAnsi="Times New Roman" w:cs="Times New Roman" w:hint="eastAsia"/>
          <w:color w:val="EE0000"/>
          <w:lang w:eastAsia="zh-CN"/>
        </w:rPr>
        <w:t>的</w:t>
      </w:r>
      <w:r w:rsidRPr="00160806">
        <w:rPr>
          <w:rFonts w:ascii="Times New Roman" w:hAnsi="Times New Roman" w:cs="Times New Roman"/>
          <w:color w:val="EE0000"/>
          <w:lang w:eastAsia="zh-CN"/>
        </w:rPr>
        <w:t>相关信息即可。</w:t>
      </w:r>
    </w:p>
    <w:p w14:paraId="3BB718D1" w14:textId="43159719" w:rsidR="00980A36" w:rsidRPr="00980A36" w:rsidRDefault="00980A36">
      <w:pPr>
        <w:rPr>
          <w:rFonts w:ascii="Times New Roman" w:hAnsi="Times New Roman" w:cs="Times New Roman" w:hint="eastAsia"/>
          <w:bCs/>
          <w:color w:val="EE0000"/>
          <w:sz w:val="21"/>
          <w:szCs w:val="21"/>
          <w:lang w:eastAsia="zh-CN"/>
        </w:rPr>
      </w:pPr>
      <w:r w:rsidRPr="00160806">
        <w:rPr>
          <w:rFonts w:ascii="Times New Roman" w:hAnsi="Times New Roman" w:cs="Times New Roman"/>
          <w:bCs/>
          <w:color w:val="EE0000"/>
          <w:sz w:val="21"/>
          <w:szCs w:val="21"/>
          <w:lang w:eastAsia="zh-CN"/>
        </w:rPr>
        <w:t>若在学术推广、新媒体传播、跨学科研究方面有经验，请说明。</w:t>
      </w:r>
    </w:p>
    <w:p w14:paraId="1CCE17A9" w14:textId="567A09C4" w:rsidR="005440D1" w:rsidRPr="00160806" w:rsidRDefault="00000000">
      <w:pPr>
        <w:rPr>
          <w:rFonts w:ascii="Times New Roman" w:eastAsia="黑体" w:hAnsi="Times New Roman" w:cs="Times New Roman"/>
          <w:b/>
          <w:sz w:val="24"/>
          <w:lang w:eastAsia="zh-CN"/>
        </w:rPr>
      </w:pPr>
      <w:r w:rsidRPr="00160806">
        <w:rPr>
          <w:rFonts w:ascii="Times New Roman" w:eastAsia="黑体" w:hAnsi="Times New Roman" w:cs="Times New Roman"/>
          <w:b/>
          <w:sz w:val="24"/>
          <w:lang w:eastAsia="zh-CN"/>
        </w:rPr>
        <w:t>一、已发表成果（代表性论文、著作）</w:t>
      </w:r>
    </w:p>
    <w:p w14:paraId="685AF0B6" w14:textId="77777777" w:rsidR="00B53BF4" w:rsidRDefault="00B53BF4">
      <w:pPr>
        <w:rPr>
          <w:rFonts w:ascii="Times New Roman" w:hAnsi="Times New Roman" w:cs="Times New Roman"/>
          <w:lang w:eastAsia="zh-CN"/>
        </w:rPr>
      </w:pPr>
    </w:p>
    <w:p w14:paraId="2F857480" w14:textId="77777777" w:rsidR="0011463B" w:rsidRPr="00160806" w:rsidRDefault="0011463B">
      <w:pPr>
        <w:rPr>
          <w:rFonts w:ascii="Times New Roman" w:hAnsi="Times New Roman" w:cs="Times New Roman" w:hint="eastAsia"/>
          <w:lang w:eastAsia="zh-CN"/>
        </w:rPr>
      </w:pPr>
    </w:p>
    <w:p w14:paraId="2C0D2C9F" w14:textId="77777777" w:rsidR="005440D1" w:rsidRPr="00160806" w:rsidRDefault="00000000">
      <w:pPr>
        <w:rPr>
          <w:rFonts w:ascii="Times New Roman" w:hAnsi="Times New Roman" w:cs="Times New Roman"/>
          <w:lang w:eastAsia="zh-CN"/>
        </w:rPr>
      </w:pPr>
      <w:r w:rsidRPr="00160806">
        <w:rPr>
          <w:rFonts w:ascii="Times New Roman" w:eastAsia="黑体" w:hAnsi="Times New Roman" w:cs="Times New Roman"/>
          <w:b/>
          <w:sz w:val="24"/>
          <w:lang w:eastAsia="zh-CN"/>
        </w:rPr>
        <w:t>二、其他相关资料（学术兼职、获奖情况、审稿经历、学术影响力等）</w:t>
      </w:r>
    </w:p>
    <w:p w14:paraId="04516199" w14:textId="77777777" w:rsidR="00B53BF4" w:rsidRPr="00160806" w:rsidRDefault="00B53BF4">
      <w:pPr>
        <w:rPr>
          <w:rFonts w:ascii="Times New Roman" w:hAnsi="Times New Roman" w:cs="Times New Roman"/>
          <w:lang w:eastAsia="zh-CN"/>
        </w:rPr>
      </w:pPr>
    </w:p>
    <w:p w14:paraId="157A78E1" w14:textId="77777777" w:rsidR="00B53BF4" w:rsidRPr="00160806" w:rsidRDefault="00B53BF4">
      <w:pPr>
        <w:rPr>
          <w:rFonts w:ascii="Times New Roman" w:hAnsi="Times New Roman" w:cs="Times New Roman"/>
          <w:lang w:eastAsia="zh-CN"/>
        </w:rPr>
      </w:pPr>
    </w:p>
    <w:p w14:paraId="497F11D2" w14:textId="77777777" w:rsidR="005440D1" w:rsidRPr="00160806" w:rsidRDefault="005440D1">
      <w:pPr>
        <w:rPr>
          <w:rFonts w:ascii="Times New Roman" w:hAnsi="Times New Roman" w:cs="Times New Roman"/>
          <w:lang w:eastAsia="zh-CN"/>
        </w:rPr>
      </w:pPr>
    </w:p>
    <w:p w14:paraId="0B205289" w14:textId="77777777" w:rsidR="00692D00" w:rsidRPr="00160806" w:rsidRDefault="00692D00">
      <w:pPr>
        <w:rPr>
          <w:rFonts w:ascii="Times New Roman" w:hAnsi="Times New Roman" w:cs="Times New Roman"/>
          <w:lang w:eastAsia="zh-CN"/>
        </w:rPr>
      </w:pPr>
    </w:p>
    <w:sectPr w:rsidR="00692D00" w:rsidRPr="00160806" w:rsidSect="00034616">
      <w:footerReference w:type="default" r:id="rId8"/>
      <w:pgSz w:w="12240" w:h="15840"/>
      <w:pgMar w:top="1417" w:right="1587" w:bottom="1417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EAB52" w14:textId="77777777" w:rsidR="005C7F04" w:rsidRDefault="005C7F04" w:rsidP="00472D0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B379D4D" w14:textId="77777777" w:rsidR="005C7F04" w:rsidRDefault="005C7F04" w:rsidP="00472D0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4777545"/>
      <w:docPartObj>
        <w:docPartGallery w:val="Page Numbers (Bottom of Page)"/>
        <w:docPartUnique/>
      </w:docPartObj>
    </w:sdtPr>
    <w:sdtContent>
      <w:p w14:paraId="4B1EBA6B" w14:textId="693AC871" w:rsidR="00472D08" w:rsidRDefault="00472D08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3B27CDC9" w14:textId="77777777" w:rsidR="00472D08" w:rsidRDefault="00472D08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44603" w14:textId="77777777" w:rsidR="005C7F04" w:rsidRDefault="005C7F04" w:rsidP="00472D0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7DE26F7" w14:textId="77777777" w:rsidR="005C7F04" w:rsidRDefault="005C7F04" w:rsidP="00472D0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4834458">
    <w:abstractNumId w:val="8"/>
  </w:num>
  <w:num w:numId="2" w16cid:durableId="755783709">
    <w:abstractNumId w:val="6"/>
  </w:num>
  <w:num w:numId="3" w16cid:durableId="428624453">
    <w:abstractNumId w:val="5"/>
  </w:num>
  <w:num w:numId="4" w16cid:durableId="1785878819">
    <w:abstractNumId w:val="4"/>
  </w:num>
  <w:num w:numId="5" w16cid:durableId="1652949017">
    <w:abstractNumId w:val="7"/>
  </w:num>
  <w:num w:numId="6" w16cid:durableId="1490637404">
    <w:abstractNumId w:val="3"/>
  </w:num>
  <w:num w:numId="7" w16cid:durableId="703947812">
    <w:abstractNumId w:val="2"/>
  </w:num>
  <w:num w:numId="8" w16cid:durableId="688411954">
    <w:abstractNumId w:val="1"/>
  </w:num>
  <w:num w:numId="9" w16cid:durableId="86220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8BC"/>
    <w:rsid w:val="0006063C"/>
    <w:rsid w:val="00074B88"/>
    <w:rsid w:val="00096E11"/>
    <w:rsid w:val="0011463B"/>
    <w:rsid w:val="0015074B"/>
    <w:rsid w:val="00160806"/>
    <w:rsid w:val="001A0C87"/>
    <w:rsid w:val="001A718D"/>
    <w:rsid w:val="001F6093"/>
    <w:rsid w:val="00246F6E"/>
    <w:rsid w:val="00252E40"/>
    <w:rsid w:val="0029639D"/>
    <w:rsid w:val="00326F90"/>
    <w:rsid w:val="00344810"/>
    <w:rsid w:val="0037372B"/>
    <w:rsid w:val="003C20B5"/>
    <w:rsid w:val="00472D08"/>
    <w:rsid w:val="00494825"/>
    <w:rsid w:val="004D0A3E"/>
    <w:rsid w:val="004E0C5E"/>
    <w:rsid w:val="004F6190"/>
    <w:rsid w:val="005361AE"/>
    <w:rsid w:val="005440D1"/>
    <w:rsid w:val="00555351"/>
    <w:rsid w:val="00575FB9"/>
    <w:rsid w:val="005977B9"/>
    <w:rsid w:val="005B098F"/>
    <w:rsid w:val="005C7F04"/>
    <w:rsid w:val="005E436E"/>
    <w:rsid w:val="00692D00"/>
    <w:rsid w:val="007A2FA7"/>
    <w:rsid w:val="007D4036"/>
    <w:rsid w:val="00805991"/>
    <w:rsid w:val="00847665"/>
    <w:rsid w:val="00853E2B"/>
    <w:rsid w:val="00856CB3"/>
    <w:rsid w:val="008D343C"/>
    <w:rsid w:val="009638FD"/>
    <w:rsid w:val="00980A36"/>
    <w:rsid w:val="00A40BEF"/>
    <w:rsid w:val="00A56023"/>
    <w:rsid w:val="00A619D3"/>
    <w:rsid w:val="00AA1D8D"/>
    <w:rsid w:val="00AD43EF"/>
    <w:rsid w:val="00AE0B49"/>
    <w:rsid w:val="00B03FEC"/>
    <w:rsid w:val="00B46138"/>
    <w:rsid w:val="00B47730"/>
    <w:rsid w:val="00B53BF4"/>
    <w:rsid w:val="00B8365E"/>
    <w:rsid w:val="00BF0155"/>
    <w:rsid w:val="00C17002"/>
    <w:rsid w:val="00C82865"/>
    <w:rsid w:val="00CB0664"/>
    <w:rsid w:val="00D1624B"/>
    <w:rsid w:val="00D6646D"/>
    <w:rsid w:val="00E00FCC"/>
    <w:rsid w:val="00E85F0C"/>
    <w:rsid w:val="00E918B1"/>
    <w:rsid w:val="00F205C7"/>
    <w:rsid w:val="00F252C8"/>
    <w:rsid w:val="00F30E9D"/>
    <w:rsid w:val="00FC693F"/>
    <w:rsid w:val="00FE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173B36"/>
  <w14:defaultImageDpi w14:val="300"/>
  <w15:docId w15:val="{08D67492-96B0-456B-803E-BE0146AF4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Xiuyi Wang</cp:lastModifiedBy>
  <cp:revision>49</cp:revision>
  <dcterms:created xsi:type="dcterms:W3CDTF">2013-12-23T23:15:00Z</dcterms:created>
  <dcterms:modified xsi:type="dcterms:W3CDTF">2026-09-13T07:40:00Z</dcterms:modified>
  <cp:category/>
</cp:coreProperties>
</file>